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📋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🌾 הסיגד לכולם – מהדורה למורה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⭐ תיכון · חנ״מ · תשובות, מערך שיעור והתאמות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🔑 מפתח תשובות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🗓️ מערך שיעור 45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🔧 התאמות: אולפן · כיתה · חנ״מ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🔍 לוודא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A63C06"/>
          <w:sz w:val="40"/>
          <w:rtl/>
          <w:szCs w:val="40"/>
          <w:bCs/>
        </w:rPr>
        <w:t>מהדורה למורה – ⭐ תיכון · חנ״מ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תמונה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🙇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השתחוות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📜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אורית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🤝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ברית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חזון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חוסן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💭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געגוע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השלמה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🙇 סיגד פירושו 【השתחוות】.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🤝 בחג מחדשים 【ברית】 עם התורה.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📜 האורית כתובה ב【געז】.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🧭 הגעגוע הפך ל【חזון】 משותף.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💪 החזון נתן לקהילה 【כוח】.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🇮🇱 סיגד הוא חג 【רשמי】 של המדינה.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הבנת הנקרא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השתחוות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ברית עם התורה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געז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לחזון משותף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כוח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חלום יכול להתגשם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בונים 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סיגד פירושו השתחוות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בחג מחדשים ברית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הגעגוע הפך לחזון משותף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חלום יכול להתגשם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דקדוק – מילות קישור: כי, אבל, לכן 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א – אבל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 – כי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 – לכן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 – אבל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ב – כי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ג – לכן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חידון מהיר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🌾 של איזו קהילה החג? – ביתא ישראל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🙇 סיגד פירושו… – השתחוות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🍂 מתי חל החג? – בכ״ט בחשון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📜 מי קראו מן האורית? – הקסים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🔗 "לכן" מבטאת… – תוצאה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🔗 "אבל" מבטאת… – ניגוד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🏙️ איפה חוגגים היום? – על טיילת בירושלים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💪 מה נתן לקהילה כוח? – חזון משותף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🗓️ מערך שיעור – 45 דקות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דק׳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מקרינים את המילה "חזון" ושואלים: מה זה חלום משותף? תשובות קצרות, בעל פה.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טקסט 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קריאה משותפת; כל משפט מתחיל באמוג׳י שעוזר לזכור. מסבירים את המילים ברית, אורית, געז.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התאמה והשלמה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התאמת מושג לאמוג׳י והשלמת משפטים ממחסן של 6 מילים.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טקסט 2 ושאלות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קוראים את טקסט 2 ועונים על שאלות עם 3 אפשרויות. בכל תשובה מצביעים על המשפט בטקסט.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מילות קישור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כרטיסים של כי / אבל / לכן; התלמידים בוחרים כרטיס לכל משפט ומסבירים בקצרה.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חידון בקבוצות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חידון קצר; אפשר לכבות את הטיימר ולתת זמן לחשוב.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 יציאה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מושג אחד, משפט עם מילת קישור ודירוג הבנה.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💡 טיפים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פנו לתלמידים כבני נוער: מושגים אמיתיים (חזון, חוסן, ברית) בשפה פשוטה, בלי עיצוב ילדותי.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הציגו משימה אחת בכל מסך, בגופן גדול ועם אמוג׳י קבוע לכל מושג.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 תשובה בעל פה, בהקלדה או בבחירה במקום כתיבה ארוכה.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חזרו על שלושת המסרים: ברית, חזון משותף, תקווה.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השיתוף האישי הוא רשות; אפשר לכתוב על דמות דמיונית.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🤍 שיתוף בטוח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אמרו בכל פעם במפורש: "אפשר לשתף – לא חובה", ואפשרו לכתוב במקום לדבר או לא לענות כלל.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שאלו על דברים נעימים (ריח, שיר, אוכל, מקום אהוב) ולא על הקשיים של הדרך או על הפרידה.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תניחו מבנה משפחה: שאלו "עם מי אתם אוהבים לחגוג?" ולא "מה ההורים שלכם עושים?".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אל תשוו בין קשיים או סיפורי עלייה של לומדים שונים; כל סיפור ראוי לכבוד.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אפשרו לכתוב על דמות מדומיינת או על "מישהו שאני מכיר" במקום על עצמכם.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אם עולה רגש חזק – הודו על השיתוף, עברו בעדינות למשימה אחרת, ושוחחו אחר כך ביחידות; במידת הצורך פנו לגורם המקצועי בבית הספר או באולפן.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תאריך הסיגד בשנת 2026: כ״ט בחשוון התשפ״ז – לפי חישוב 9.11.2026 (יום שני). לבדוק בלוח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שנת עיגון הסיגד כחג ממלכתי בחוק (2008) – לבדוק.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מקום ההתכנסות המרכזית בירושלים (טיילת ארמון הנציב) – לבדוק שלא השתנה השנה.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 התרגומים (אנגלית, רוסית, אמהרית, ערבית, צרפתית) – לבדיקה של דוברי השפה, במיוחד אמהרית.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המונחים "קס/קסים" ו"אורית" באמהרית ובצרפתית – לאשר עם בני הקהילה את הכתיב המקובל.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הקשר למסורת עזרא ונחמיה והמנהג לשאת אבנים – להציג כמסורת ולוודא ניסוח עם בני הקהילה.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ניקוד המילים והמשפטים – לעבור פעם נוספת לפני הדפסה.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תרגומי המילון – לבדיקת דוברות ודוברי השפה.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הסיגד לכולם – מהדורה למורה – ⭐ תיכון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