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🌾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🌾 הסיגד לכולם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דף עבודה · ⭐ תיכון ·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א׳ – קוראים 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ב׳ – מתרגלים ✏️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ג׳ – מדברים וכותבים 🗣️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חלק א׳ – קוראים 📖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הטקסטים. סמנו מילים חדשות.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📜 חג של ברית וזיכרון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🌾 סיגד: חג של ביתא ישראל. 🙇 המילה סיגד פירושה השתחוות. 🍂 החג חל בכ״ט בחשון. 🤝 בחג מחדשים ברית עם התורה. ⛰️ באתיופיה עלו יחד על הר. 📜 הקסים קראו מן האורית בגעז.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🧭 חזון משותף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💭 הקהילה התגעגעה לירושלים דורות רבים. 🧭 הגעגוע הפך לחזון משותף. 💪 החזון נתן לקהילה כוח. 🏙️ היום חוגגים על טיילת בירושלים. 🇮🇱 זה חג רשמי של המדינה. 🌟 החג מלמד: חלום יכול להתגשם.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חלק ב׳ – מתרגלים ✏️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1. תמונה ומילה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המילה הנכונה ליד כל תמונה.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מילים: אורית · געגוע · ברית · השתחוות · חוסן · חזון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תמונה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המילה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תמונה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🙇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💭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2.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מַחְסַן מִלִּים: השתחוות · ברית · געז · חזון · כוח · רשמי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🙇 סיגד פירושו __________.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🤝 בחג מחדשים __________ עם התורה.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📜 האורית כתובה ב__________.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🧭 הגעגוע הפך ל__________ משותף.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💪 החזון נתן לקהילה __________.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🇮🇱 סיגד הוא חג __________ של המדינה.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3. הבנת הנקרא – הקיפו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🙇 מה פירוש המילה סיגד?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השתחוות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טיול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🤝 מה מחדשים בחג?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את הבית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ברית עם התורה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את הבגדים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📜 באיזו שפה כתובה האורית?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עברית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אמהרית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געז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🧭 למה הפך הגעגוע?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לחזון משותף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לפחד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לשכחה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💪 מה נתן החזון לקהילה?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כסף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מנוחה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🌟 מה החג מלמד אותנו?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לוותר מהר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להישאר 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חלום יכול להתגשם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4. בונים משפט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 את המילים וכתבו משפט.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פירושו / השתחוות / סיגד   (🙇 מה פירוש השם?)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בחג / מחדשים / ברית   (🤝 מה עושים בחג?)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לחזון / הפך / הגעגוע / משותף   (🧭 מה קרה לגעגוע?)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להתגשם / יכול / חלום   (🌟 המסר של החג)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5. דקדוק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מילות קישור: כי, אבל, לכן 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כי = סיבה. אבל = ניגוד. לכן = תוצאה.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🏙️ הם היו רחוקים מירושלים, ___ לא שכחו אותה.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לכן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🗣️ הקסים תרגמו לאמהרית, ___ רבים לא הבינו געז.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אבל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💪 היה להם חזון משותף, ___ היה להם כוח.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לכן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⛰️ העלייה הייתה קשה, ___ כולם עלו יחד.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🤍 לבשו לבן, ___ לבן הוא סימן לטוהר.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אבל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🎉 הצום נגמר, ___ חגגו בסעודה.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לכן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חלק ג׳ – מדברים וכותבים 🗣️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💬 ביטויים מהחג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ביטוי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זה?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 סיגד שמח! 🌾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ברכה ביום החג.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חידוש ברית 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הבטחה מחודשת לשמור על ערכים.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חזון משותף 🧭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חלום שקבוצה שלמה מחזיקה בו יחד.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חוסן 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הכוח להמשיך גם כשקשה.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בשנה הבאה בירושלים 🏙️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 תקווה, נאמר בסוף התפילה.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מנהיג רוחני 👥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מנהיג שמוביל בעזרת ערכים וידע, כמו הקסים.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✍️ החזון שלי 🧭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השלימו 3–4 משפטים. אפשר לכתוב, להקליד או לומר בעל פה. השיתוף רשות.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פתיחות: 🧭 חלום שחשוב לי: … / 💪 מה נותן לי כוח: … / 🤝 קבוצה שאני מרגיש/ה חלק ממנה: … / 🌟 צעד קטן שאני יכול/ה לעשות: 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מילים שיעזרו: 🧭 חזון · 💪 חוסן · 🤝 קהילה · 🌟 תקווה · 💭 געגוע · 🙂 כבוד · 🎯 מטרה · 👫 חברים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🔑 מושג אחד שלמדתי: …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🔗 משפט שלי עם "כי", "אבל" או "לכן": …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🙂 עד כמה הבנתי?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 🙂  🤔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הסיגד לכולם – דף עבודה לתלמיד – ⭐ תיכון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