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🌍 תיכון · עולים חדשים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🌍 תיכון ·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השתחוות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🤍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טהרה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ענווה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כתבי קודש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☂️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מטריות צבעוניות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🍲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סעודה משותפת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🌉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גשר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מנהיגות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שם החג לקוח מן השורש שפירושו 【השתחוות】 או סגידה.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סיגד הוא יום של צום, תפילה ו【חשבון נפש】.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לפי המסורת, החג נקשר לחידוש הברית בימי 【עזרא ונחמיה】.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ההר סימל את הר 【סיני】, שעליו ניתנה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האורית כתובה בשפת 【געז】, שפה עתיקה של תפילה.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המנהיגות של הקסים לא נשענה על כוח או על 【עושר】.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הכיסופים לירושלים חיזקו את הקהילה ושמרו על 【זהותה】.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נעמה מקווה שהגעגועים שלה יהיו 【גשר】 בין המקום הישן לבין החדש.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ענווה והשתחוות לפני אלוהים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השילוב בין התבוננות פנימית לשמחה קהילתית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כי ההר סימל את הר סיני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ג – ענווה וחרטה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להוביל את התפילה ולהסביר את האורית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ד – על ידע, אמונה ותקווה משותפת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 – על טיילת הצופה אל נוף העיר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א – שהגעגועים שהיא מכירה אינם רק שלה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הקסים תרגמו את האורית משפת געז לאמהרית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העלייה להר סימלה את מתן 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בני הקהילה מחדשים את הברית עם התורה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הכיסופים לירושלים חיזקו את הקהילה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הקסים אוחזים במטריות צבעוניות על הטיילת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הגעגועים שלי יכולים להפוך לגשר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הווה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עונה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 – מחדשים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 – מתגעגעת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 – מובילים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ג – צופה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ב – חוגגות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יחיד ורבים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 – דורות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 – כתבי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מטריות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אבנים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תפילות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בני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מילות יחס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לפני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אחרי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בין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על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שאלה על הלוח: "מה ההבדל בין געגועים לכיסופים?" – סבב קצר של השערות, בלי תשובה נכונה.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מעמיקה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טקסטים 1–2 בקבוצות קטנות: כל קבוצה מסמנת 3 מילים חדשות ומסבירה אותן מתוך ההקשר לכיתה.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הבנה ודיון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שאלות רב-ברירה (4 אפשרויות), ודיון: על מה נשענה המנהיגות של הקסים? מה דומה ושונה ממנהיגות שאתם מכירים מהחיים היומיומיים?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התאמה דקדוקית בהווה (שמות קיבוציים), רבים מיוחדים וסמיכות, מילות יחס מן הטקסט. בדיקה בזוגות.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3 וכתיבה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קריאת "הגעגועים של נעמה" וכתיבת פסקה במסגרת "החג שלי / הגעגועים שלי" עם פתיחי משפטים ומחסן מילים.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יציאה. מי שרוצה מקריא/ה משפט אחד מן הפסקה.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🏫 התאמה לאולפן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לבקש מהלומדים להשוות בין שתי מילים קרובות (געגועים/כיסופים, השתחוות/סגידה) ולכתוב לכל אחת 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לנהל דיון קצר על מסורות של צום, הודיה וחידוש בתרבויות של הלומדים – כשיתוף מרצון, בלי דירוג.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לעודד כתיבה בהמשכים: טיוטה בשיעור, שכתוב בבית אחרי משוב.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🎒 התאמה לכיתה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להציע לתלמידים עולים להציג מילה או ברכה בשפת האם שלהם (מרצון) – ולכיתה ללמוד אותה.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לחבר את הדיון על מנהיגות לחיים בכיתה ובבית הספר: מי שומר אצלנו על חזון משותף?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לבנות קיר כיתתי "גשרים": משפט אחד מכל תלמיד/ה על המקום שממנו באו והמקום שבו הם בונים חיים.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⭐ התאמה לחנ״מ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לתת את טקסט 2 בלבד, מחולק לשלוש פסקאות קצרות עם אימוג׳י בראש כל פסקה.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לצמצם כל שאלה ל-3 אפשרויות ולהדגיש מילת מפתח בשאלה ובטקסט.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במקום פסקה – 3 משפטים עם פתיחי משפטים ומחסן מילים מודפס.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🌍 תיכון ·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